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B4251" w14:textId="77777777" w:rsidR="008C2137" w:rsidRDefault="0063546E" w:rsidP="0044655F">
      <w:pPr>
        <w:spacing w:line="360" w:lineRule="auto"/>
        <w:contextualSpacing/>
        <w:jc w:val="center"/>
      </w:pPr>
      <w:r>
        <w:rPr>
          <w:b/>
          <w:sz w:val="20"/>
        </w:rPr>
        <w:t>Honors Chemistry — Choice Board Assignment</w:t>
      </w:r>
    </w:p>
    <w:p w14:paraId="1ACC11A4" w14:textId="77777777" w:rsidR="008C2137" w:rsidRPr="0044655F" w:rsidRDefault="0063546E" w:rsidP="0044655F">
      <w:pPr>
        <w:spacing w:line="360" w:lineRule="auto"/>
        <w:contextualSpacing/>
        <w:jc w:val="center"/>
        <w:rPr>
          <w:b/>
          <w:color w:val="1F497D" w:themeColor="text2"/>
          <w:sz w:val="34"/>
        </w:rPr>
      </w:pPr>
      <w:r w:rsidRPr="0044655F">
        <w:rPr>
          <w:b/>
          <w:color w:val="1F497D" w:themeColor="text2"/>
          <w:sz w:val="34"/>
        </w:rPr>
        <w:t>Chemical Equation Interpreter: Coefficients, Subscripts, and Mole Ratios</w:t>
      </w:r>
    </w:p>
    <w:p w14:paraId="4D9EF59B" w14:textId="63587A28" w:rsidR="0044655F" w:rsidRPr="0044655F" w:rsidRDefault="0044655F" w:rsidP="0044655F">
      <w:pPr>
        <w:spacing w:line="360" w:lineRule="auto"/>
        <w:contextualSpacing/>
        <w:jc w:val="center"/>
        <w:rPr>
          <w:b/>
          <w:sz w:val="32"/>
          <w:szCs w:val="36"/>
        </w:rPr>
      </w:pPr>
      <w:r w:rsidRPr="00102F45">
        <w:rPr>
          <w:b/>
          <w:sz w:val="32"/>
          <w:szCs w:val="36"/>
        </w:rPr>
        <w:t xml:space="preserve">Area </w:t>
      </w:r>
      <w:r>
        <w:rPr>
          <w:b/>
          <w:sz w:val="32"/>
          <w:szCs w:val="36"/>
        </w:rPr>
        <w:t>3</w:t>
      </w:r>
      <w:r w:rsidRPr="00102F45">
        <w:rPr>
          <w:b/>
          <w:sz w:val="32"/>
          <w:szCs w:val="36"/>
        </w:rPr>
        <w:t xml:space="preserve"> Must Do — Option C  </w:t>
      </w:r>
    </w:p>
    <w:p w14:paraId="21CD8FEE" w14:textId="26DFD401" w:rsidR="008C2137" w:rsidRDefault="0063546E">
      <w:pPr>
        <w:jc w:val="center"/>
      </w:pPr>
      <w:r>
        <w:rPr>
          <w:b/>
          <w:sz w:val="20"/>
        </w:rPr>
        <w:t>Standard SC.</w:t>
      </w:r>
      <w:proofErr w:type="gramStart"/>
      <w:r>
        <w:rPr>
          <w:b/>
          <w:sz w:val="20"/>
        </w:rPr>
        <w:t>912.P.</w:t>
      </w:r>
      <w:proofErr w:type="gramEnd"/>
      <w:r>
        <w:rPr>
          <w:b/>
          <w:sz w:val="20"/>
        </w:rPr>
        <w:t>12.</w:t>
      </w:r>
      <w:proofErr w:type="gramStart"/>
      <w:r>
        <w:rPr>
          <w:b/>
          <w:sz w:val="20"/>
        </w:rPr>
        <w:t>10  |</w:t>
      </w:r>
      <w:proofErr w:type="gramEnd"/>
      <w:r>
        <w:rPr>
          <w:b/>
          <w:sz w:val="20"/>
        </w:rPr>
        <w:t xml:space="preserve">  SC.</w:t>
      </w:r>
      <w:proofErr w:type="gramStart"/>
      <w:r>
        <w:rPr>
          <w:b/>
          <w:sz w:val="20"/>
        </w:rPr>
        <w:t>912.P.</w:t>
      </w:r>
      <w:proofErr w:type="gramEnd"/>
      <w:r>
        <w:rPr>
          <w:b/>
          <w:sz w:val="20"/>
        </w:rPr>
        <w:t>12.11   •   Covers Level 3.0 Targets: SC.</w:t>
      </w:r>
      <w:proofErr w:type="gramStart"/>
      <w:r>
        <w:rPr>
          <w:b/>
          <w:sz w:val="20"/>
        </w:rPr>
        <w:t>912.P.</w:t>
      </w:r>
      <w:proofErr w:type="gramEnd"/>
      <w:r>
        <w:rPr>
          <w:b/>
          <w:sz w:val="20"/>
        </w:rPr>
        <w:t>12.10 T1, T</w:t>
      </w:r>
      <w:proofErr w:type="gramStart"/>
      <w:r>
        <w:rPr>
          <w:b/>
          <w:sz w:val="20"/>
        </w:rPr>
        <w:t>3  •</w:t>
      </w:r>
      <w:proofErr w:type="gramEnd"/>
      <w:r>
        <w:rPr>
          <w:b/>
          <w:sz w:val="20"/>
        </w:rPr>
        <w:t xml:space="preserve">  SC.</w:t>
      </w:r>
      <w:proofErr w:type="gramStart"/>
      <w:r>
        <w:rPr>
          <w:b/>
          <w:sz w:val="20"/>
        </w:rPr>
        <w:t>912.P.</w:t>
      </w:r>
      <w:proofErr w:type="gramEnd"/>
      <w:r>
        <w:rPr>
          <w:b/>
          <w:sz w:val="20"/>
        </w:rPr>
        <w:t>12.11 T1</w:t>
      </w:r>
    </w:p>
    <w:tbl>
      <w:tblPr>
        <w:tblStyle w:val="TableGrid"/>
        <w:tblW w:w="0" w:type="auto"/>
        <w:tblLook w:val="04A0" w:firstRow="1" w:lastRow="0" w:firstColumn="1" w:lastColumn="0" w:noHBand="0" w:noVBand="1"/>
      </w:tblPr>
      <w:tblGrid>
        <w:gridCol w:w="2610"/>
        <w:gridCol w:w="2610"/>
        <w:gridCol w:w="2610"/>
        <w:gridCol w:w="2610"/>
      </w:tblGrid>
      <w:tr w:rsidR="00865865" w14:paraId="15562C4F" w14:textId="77777777" w:rsidTr="00C70FBD">
        <w:tc>
          <w:tcPr>
            <w:tcW w:w="2610" w:type="dxa"/>
            <w:shd w:val="clear" w:color="auto" w:fill="F2F2F2"/>
            <w:tcMar>
              <w:top w:w="80" w:type="dxa"/>
              <w:left w:w="100" w:type="dxa"/>
              <w:bottom w:w="80" w:type="dxa"/>
              <w:right w:w="100" w:type="dxa"/>
            </w:tcMar>
          </w:tcPr>
          <w:p w14:paraId="5AAE5210" w14:textId="77777777" w:rsidR="00865865" w:rsidRPr="00F910CE" w:rsidRDefault="00865865" w:rsidP="00C70FBD">
            <w:pPr>
              <w:rPr>
                <w:sz w:val="24"/>
                <w:szCs w:val="32"/>
              </w:rPr>
            </w:pPr>
            <w:r w:rsidRPr="00F910CE">
              <w:rPr>
                <w:b/>
                <w:sz w:val="24"/>
                <w:szCs w:val="32"/>
              </w:rPr>
              <w:t>Name:</w:t>
            </w:r>
          </w:p>
        </w:tc>
        <w:tc>
          <w:tcPr>
            <w:tcW w:w="2610" w:type="dxa"/>
            <w:shd w:val="clear" w:color="auto" w:fill="F2F2F2"/>
            <w:tcMar>
              <w:top w:w="80" w:type="dxa"/>
              <w:left w:w="100" w:type="dxa"/>
              <w:bottom w:w="80" w:type="dxa"/>
              <w:right w:w="100" w:type="dxa"/>
            </w:tcMar>
          </w:tcPr>
          <w:p w14:paraId="6C8F1E8E" w14:textId="77777777" w:rsidR="00865865" w:rsidRPr="00F910CE" w:rsidRDefault="00865865" w:rsidP="00C70FBD">
            <w:pPr>
              <w:rPr>
                <w:sz w:val="24"/>
                <w:szCs w:val="32"/>
              </w:rPr>
            </w:pPr>
            <w:r w:rsidRPr="00F910CE">
              <w:rPr>
                <w:b/>
                <w:sz w:val="24"/>
                <w:szCs w:val="32"/>
              </w:rPr>
              <w:t>Date:</w:t>
            </w:r>
          </w:p>
        </w:tc>
        <w:tc>
          <w:tcPr>
            <w:tcW w:w="2610" w:type="dxa"/>
            <w:shd w:val="clear" w:color="auto" w:fill="F2F2F2"/>
            <w:tcMar>
              <w:top w:w="80" w:type="dxa"/>
              <w:left w:w="100" w:type="dxa"/>
              <w:bottom w:w="80" w:type="dxa"/>
              <w:right w:w="100" w:type="dxa"/>
            </w:tcMar>
          </w:tcPr>
          <w:p w14:paraId="49941942" w14:textId="77777777" w:rsidR="00865865" w:rsidRPr="00F910CE" w:rsidRDefault="00865865" w:rsidP="00C70FBD">
            <w:pPr>
              <w:rPr>
                <w:sz w:val="24"/>
                <w:szCs w:val="32"/>
              </w:rPr>
            </w:pPr>
            <w:r w:rsidRPr="00F910CE">
              <w:rPr>
                <w:b/>
                <w:sz w:val="24"/>
                <w:szCs w:val="32"/>
              </w:rPr>
              <w:t>Period:</w:t>
            </w:r>
          </w:p>
        </w:tc>
        <w:tc>
          <w:tcPr>
            <w:tcW w:w="2610" w:type="dxa"/>
            <w:shd w:val="clear" w:color="auto" w:fill="F2F2F2"/>
            <w:tcMar>
              <w:top w:w="80" w:type="dxa"/>
              <w:left w:w="100" w:type="dxa"/>
              <w:bottom w:w="80" w:type="dxa"/>
              <w:right w:w="100" w:type="dxa"/>
            </w:tcMar>
          </w:tcPr>
          <w:p w14:paraId="5199D390" w14:textId="77777777" w:rsidR="00865865" w:rsidRPr="00F910CE" w:rsidRDefault="00865865" w:rsidP="00C70FBD">
            <w:pPr>
              <w:rPr>
                <w:sz w:val="24"/>
                <w:szCs w:val="32"/>
              </w:rPr>
            </w:pPr>
            <w:r w:rsidRPr="00F910CE">
              <w:rPr>
                <w:b/>
                <w:sz w:val="24"/>
                <w:szCs w:val="32"/>
              </w:rPr>
              <w:t>Choice Board Tier:</w:t>
            </w:r>
          </w:p>
        </w:tc>
      </w:tr>
      <w:tr w:rsidR="00865865" w14:paraId="0086F034" w14:textId="77777777" w:rsidTr="00C70FBD">
        <w:tc>
          <w:tcPr>
            <w:tcW w:w="2610" w:type="dxa"/>
            <w:tcMar>
              <w:top w:w="80" w:type="dxa"/>
              <w:left w:w="100" w:type="dxa"/>
              <w:bottom w:w="80" w:type="dxa"/>
              <w:right w:w="100" w:type="dxa"/>
            </w:tcMar>
          </w:tcPr>
          <w:p w14:paraId="25EE82E1" w14:textId="77777777" w:rsidR="00865865" w:rsidRPr="00F910CE" w:rsidRDefault="00865865" w:rsidP="00C70FBD">
            <w:pPr>
              <w:rPr>
                <w:sz w:val="24"/>
                <w:szCs w:val="32"/>
              </w:rPr>
            </w:pPr>
          </w:p>
        </w:tc>
        <w:tc>
          <w:tcPr>
            <w:tcW w:w="2610" w:type="dxa"/>
            <w:tcMar>
              <w:top w:w="80" w:type="dxa"/>
              <w:left w:w="100" w:type="dxa"/>
              <w:bottom w:w="80" w:type="dxa"/>
              <w:right w:w="100" w:type="dxa"/>
            </w:tcMar>
          </w:tcPr>
          <w:p w14:paraId="4A1FC3B6" w14:textId="77777777" w:rsidR="00865865" w:rsidRPr="00F910CE" w:rsidRDefault="00865865" w:rsidP="00C70FBD">
            <w:pPr>
              <w:rPr>
                <w:sz w:val="24"/>
                <w:szCs w:val="32"/>
              </w:rPr>
            </w:pPr>
          </w:p>
        </w:tc>
        <w:tc>
          <w:tcPr>
            <w:tcW w:w="2610" w:type="dxa"/>
            <w:tcMar>
              <w:top w:w="80" w:type="dxa"/>
              <w:left w:w="100" w:type="dxa"/>
              <w:bottom w:w="80" w:type="dxa"/>
              <w:right w:w="100" w:type="dxa"/>
            </w:tcMar>
          </w:tcPr>
          <w:p w14:paraId="3FA3EC04" w14:textId="77777777" w:rsidR="00865865" w:rsidRPr="00F910CE" w:rsidRDefault="00865865" w:rsidP="00C70FBD">
            <w:pPr>
              <w:rPr>
                <w:sz w:val="24"/>
                <w:szCs w:val="32"/>
              </w:rPr>
            </w:pPr>
          </w:p>
        </w:tc>
        <w:tc>
          <w:tcPr>
            <w:tcW w:w="2610" w:type="dxa"/>
            <w:tcMar>
              <w:top w:w="80" w:type="dxa"/>
              <w:left w:w="100" w:type="dxa"/>
              <w:bottom w:w="80" w:type="dxa"/>
              <w:right w:w="100" w:type="dxa"/>
            </w:tcMar>
          </w:tcPr>
          <w:p w14:paraId="0EA23990" w14:textId="77777777" w:rsidR="00865865" w:rsidRPr="00F910CE" w:rsidRDefault="00865865" w:rsidP="00C70FBD">
            <w:pPr>
              <w:rPr>
                <w:sz w:val="24"/>
                <w:szCs w:val="32"/>
              </w:rPr>
            </w:pPr>
            <w:r w:rsidRPr="00F910CE">
              <w:rPr>
                <w:sz w:val="24"/>
                <w:szCs w:val="32"/>
              </w:rPr>
              <w:t>MUST DO</w:t>
            </w:r>
          </w:p>
        </w:tc>
      </w:tr>
    </w:tbl>
    <w:p w14:paraId="66175EA6" w14:textId="77777777" w:rsidR="008C2137" w:rsidRDefault="008C2137" w:rsidP="0044655F">
      <w:pPr>
        <w:spacing w:line="240" w:lineRule="auto"/>
        <w:contextualSpacing/>
      </w:pPr>
    </w:p>
    <w:p w14:paraId="2996E132" w14:textId="77777777" w:rsidR="008C2137" w:rsidRDefault="0063546E" w:rsidP="0044655F">
      <w:pPr>
        <w:spacing w:line="240" w:lineRule="auto"/>
        <w:contextualSpacing/>
      </w:pPr>
      <w:r>
        <w:rPr>
          <w:b/>
        </w:rPr>
        <w:t>The Scenario</w:t>
      </w:r>
    </w:p>
    <w:p w14:paraId="1C49FB4E" w14:textId="77777777" w:rsidR="008C2137" w:rsidRDefault="0063546E">
      <w:r>
        <w:t>A chemical equation is a precise set of numbers that works at the particle scale and the mole scale simultaneously. You will analyze provided balanced equations, distinguish coefficients from subscripts, count atoms on both sides to verify Conservation of Mass, use mole ratios to convert between substances, and write a CER about the stoichiometry of a real reaction.</w:t>
      </w:r>
    </w:p>
    <w:p w14:paraId="2DE7E72A" w14:textId="77777777" w:rsidR="008C2137" w:rsidRDefault="0063546E">
      <w:r>
        <w:rPr>
          <w:b/>
          <w:sz w:val="24"/>
        </w:rPr>
        <w:t>Part 1 — Equation Analysis</w:t>
      </w:r>
      <w:proofErr w:type="gramStart"/>
      <w:r>
        <w:rPr>
          <w:b/>
          <w:sz w:val="24"/>
        </w:rPr>
        <w:t xml:space="preserve">   (</w:t>
      </w:r>
      <w:proofErr w:type="gramEnd"/>
      <w:r>
        <w:rPr>
          <w:b/>
          <w:sz w:val="24"/>
        </w:rPr>
        <w:t>Target SC.</w:t>
      </w:r>
      <w:proofErr w:type="gramStart"/>
      <w:r>
        <w:rPr>
          <w:b/>
          <w:sz w:val="24"/>
        </w:rPr>
        <w:t>912.P.</w:t>
      </w:r>
      <w:proofErr w:type="gramEnd"/>
      <w:r>
        <w:rPr>
          <w:b/>
          <w:sz w:val="24"/>
        </w:rPr>
        <w:t>12.11 T1)</w:t>
      </w:r>
      <w:r>
        <w:rPr>
          <w:b/>
          <w:sz w:val="24"/>
        </w:rPr>
        <w:br/>
      </w:r>
      <w:r w:rsidRPr="0044655F">
        <w:rPr>
          <w:bCs/>
          <w:sz w:val="24"/>
        </w:rPr>
        <w:t>For the equation CH₄ + 2O₂ → CO₂ + 2H₂O, identify the coefficient and the subscripts for each substance, count atoms of each element on both sides, and verify that the equation conserves mass</w:t>
      </w:r>
      <w:r>
        <w:rPr>
          <w:b/>
          <w:sz w:val="24"/>
        </w:rPr>
        <w:t>.</w:t>
      </w:r>
    </w:p>
    <w:tbl>
      <w:tblPr>
        <w:tblStyle w:val="TableGrid"/>
        <w:tblW w:w="10998" w:type="dxa"/>
        <w:tblLook w:val="04A0" w:firstRow="1" w:lastRow="0" w:firstColumn="1" w:lastColumn="0" w:noHBand="0" w:noVBand="1"/>
      </w:tblPr>
      <w:tblGrid>
        <w:gridCol w:w="2610"/>
        <w:gridCol w:w="2610"/>
        <w:gridCol w:w="2610"/>
        <w:gridCol w:w="3168"/>
      </w:tblGrid>
      <w:tr w:rsidR="0044655F" w14:paraId="5A1D71B7" w14:textId="77777777" w:rsidTr="0044655F">
        <w:tc>
          <w:tcPr>
            <w:tcW w:w="2610" w:type="dxa"/>
          </w:tcPr>
          <w:p w14:paraId="30FE4FE2" w14:textId="77777777" w:rsidR="0044655F" w:rsidRDefault="0044655F" w:rsidP="00E26474">
            <w:r>
              <w:rPr>
                <w:b/>
              </w:rPr>
              <w:t>Substance</w:t>
            </w:r>
          </w:p>
        </w:tc>
        <w:tc>
          <w:tcPr>
            <w:tcW w:w="2610" w:type="dxa"/>
          </w:tcPr>
          <w:p w14:paraId="274B501E" w14:textId="77777777" w:rsidR="0044655F" w:rsidRDefault="0044655F" w:rsidP="00E26474">
            <w:r>
              <w:rPr>
                <w:b/>
              </w:rPr>
              <w:t>Coefficient</w:t>
            </w:r>
          </w:p>
        </w:tc>
        <w:tc>
          <w:tcPr>
            <w:tcW w:w="2610" w:type="dxa"/>
          </w:tcPr>
          <w:p w14:paraId="0F4D5F86" w14:textId="77777777" w:rsidR="0044655F" w:rsidRDefault="0044655F" w:rsidP="00E26474">
            <w:r>
              <w:rPr>
                <w:b/>
              </w:rPr>
              <w:t>Subscripts</w:t>
            </w:r>
          </w:p>
        </w:tc>
        <w:tc>
          <w:tcPr>
            <w:tcW w:w="3168" w:type="dxa"/>
          </w:tcPr>
          <w:p w14:paraId="26565C3E" w14:textId="77777777" w:rsidR="0044655F" w:rsidRDefault="0044655F" w:rsidP="00E26474">
            <w:r>
              <w:rPr>
                <w:b/>
              </w:rPr>
              <w:t>Atoms of each element (per side)</w:t>
            </w:r>
          </w:p>
        </w:tc>
      </w:tr>
      <w:tr w:rsidR="0044655F" w14:paraId="1194025F" w14:textId="77777777" w:rsidTr="0044655F">
        <w:tc>
          <w:tcPr>
            <w:tcW w:w="2610" w:type="dxa"/>
          </w:tcPr>
          <w:p w14:paraId="36A0665A" w14:textId="77777777" w:rsidR="0044655F" w:rsidRDefault="0044655F" w:rsidP="00E26474">
            <w:r>
              <w:t>CH₄</w:t>
            </w:r>
          </w:p>
        </w:tc>
        <w:tc>
          <w:tcPr>
            <w:tcW w:w="2610" w:type="dxa"/>
          </w:tcPr>
          <w:p w14:paraId="4283619D" w14:textId="77777777" w:rsidR="0044655F" w:rsidRDefault="0044655F" w:rsidP="00E26474"/>
        </w:tc>
        <w:tc>
          <w:tcPr>
            <w:tcW w:w="2610" w:type="dxa"/>
          </w:tcPr>
          <w:p w14:paraId="4544927C" w14:textId="77777777" w:rsidR="0044655F" w:rsidRDefault="0044655F" w:rsidP="00E26474"/>
        </w:tc>
        <w:tc>
          <w:tcPr>
            <w:tcW w:w="3168" w:type="dxa"/>
          </w:tcPr>
          <w:p w14:paraId="72B47FB4" w14:textId="77777777" w:rsidR="0044655F" w:rsidRDefault="0044655F" w:rsidP="00E26474"/>
        </w:tc>
      </w:tr>
      <w:tr w:rsidR="0044655F" w14:paraId="7A9B6BD6" w14:textId="77777777" w:rsidTr="0044655F">
        <w:tc>
          <w:tcPr>
            <w:tcW w:w="2610" w:type="dxa"/>
          </w:tcPr>
          <w:p w14:paraId="762BB23A" w14:textId="77777777" w:rsidR="0044655F" w:rsidRDefault="0044655F" w:rsidP="00E26474">
            <w:r>
              <w:t>O₂</w:t>
            </w:r>
          </w:p>
        </w:tc>
        <w:tc>
          <w:tcPr>
            <w:tcW w:w="2610" w:type="dxa"/>
          </w:tcPr>
          <w:p w14:paraId="0561525C" w14:textId="77777777" w:rsidR="0044655F" w:rsidRDefault="0044655F" w:rsidP="00E26474"/>
        </w:tc>
        <w:tc>
          <w:tcPr>
            <w:tcW w:w="2610" w:type="dxa"/>
          </w:tcPr>
          <w:p w14:paraId="01A14D7F" w14:textId="77777777" w:rsidR="0044655F" w:rsidRDefault="0044655F" w:rsidP="00E26474"/>
        </w:tc>
        <w:tc>
          <w:tcPr>
            <w:tcW w:w="3168" w:type="dxa"/>
          </w:tcPr>
          <w:p w14:paraId="2426ABD9" w14:textId="77777777" w:rsidR="0044655F" w:rsidRDefault="0044655F" w:rsidP="00E26474"/>
        </w:tc>
      </w:tr>
      <w:tr w:rsidR="0044655F" w14:paraId="1286C037" w14:textId="77777777" w:rsidTr="0044655F">
        <w:tc>
          <w:tcPr>
            <w:tcW w:w="2610" w:type="dxa"/>
          </w:tcPr>
          <w:p w14:paraId="3784EB70" w14:textId="77777777" w:rsidR="0044655F" w:rsidRDefault="0044655F" w:rsidP="00E26474">
            <w:r>
              <w:t>CO₂</w:t>
            </w:r>
          </w:p>
        </w:tc>
        <w:tc>
          <w:tcPr>
            <w:tcW w:w="2610" w:type="dxa"/>
          </w:tcPr>
          <w:p w14:paraId="0148FF22" w14:textId="77777777" w:rsidR="0044655F" w:rsidRDefault="0044655F" w:rsidP="00E26474"/>
        </w:tc>
        <w:tc>
          <w:tcPr>
            <w:tcW w:w="2610" w:type="dxa"/>
          </w:tcPr>
          <w:p w14:paraId="68706DDA" w14:textId="77777777" w:rsidR="0044655F" w:rsidRDefault="0044655F" w:rsidP="00E26474"/>
        </w:tc>
        <w:tc>
          <w:tcPr>
            <w:tcW w:w="3168" w:type="dxa"/>
          </w:tcPr>
          <w:p w14:paraId="3C332E5F" w14:textId="77777777" w:rsidR="0044655F" w:rsidRDefault="0044655F" w:rsidP="00E26474"/>
        </w:tc>
      </w:tr>
      <w:tr w:rsidR="0044655F" w14:paraId="70AEE57B" w14:textId="77777777" w:rsidTr="0044655F">
        <w:tc>
          <w:tcPr>
            <w:tcW w:w="2610" w:type="dxa"/>
          </w:tcPr>
          <w:p w14:paraId="5688BF51" w14:textId="77777777" w:rsidR="0044655F" w:rsidRDefault="0044655F" w:rsidP="00E26474">
            <w:r>
              <w:t>H₂O</w:t>
            </w:r>
          </w:p>
        </w:tc>
        <w:tc>
          <w:tcPr>
            <w:tcW w:w="2610" w:type="dxa"/>
          </w:tcPr>
          <w:p w14:paraId="57206F40" w14:textId="77777777" w:rsidR="0044655F" w:rsidRDefault="0044655F" w:rsidP="00E26474"/>
        </w:tc>
        <w:tc>
          <w:tcPr>
            <w:tcW w:w="2610" w:type="dxa"/>
          </w:tcPr>
          <w:p w14:paraId="1258C883" w14:textId="77777777" w:rsidR="0044655F" w:rsidRDefault="0044655F" w:rsidP="00E26474"/>
        </w:tc>
        <w:tc>
          <w:tcPr>
            <w:tcW w:w="3168" w:type="dxa"/>
          </w:tcPr>
          <w:p w14:paraId="73111065" w14:textId="77777777" w:rsidR="0044655F" w:rsidRDefault="0044655F" w:rsidP="00E26474"/>
        </w:tc>
      </w:tr>
    </w:tbl>
    <w:p w14:paraId="349BF712" w14:textId="77777777" w:rsidR="008C2137" w:rsidRDefault="008C2137"/>
    <w:p w14:paraId="5E624BF2" w14:textId="77777777" w:rsidR="008C2137" w:rsidRDefault="0063546E">
      <w:r>
        <w:rPr>
          <w:b/>
          <w:sz w:val="24"/>
        </w:rPr>
        <w:t>Part 2 — Mole Ratio Calculator</w:t>
      </w:r>
      <w:proofErr w:type="gramStart"/>
      <w:r>
        <w:rPr>
          <w:b/>
          <w:sz w:val="24"/>
        </w:rPr>
        <w:t xml:space="preserve">   (</w:t>
      </w:r>
      <w:proofErr w:type="gramEnd"/>
      <w:r>
        <w:rPr>
          <w:b/>
          <w:sz w:val="24"/>
        </w:rPr>
        <w:t>Target SC.</w:t>
      </w:r>
      <w:proofErr w:type="gramStart"/>
      <w:r>
        <w:rPr>
          <w:b/>
          <w:sz w:val="24"/>
        </w:rPr>
        <w:t>912.P.</w:t>
      </w:r>
      <w:proofErr w:type="gramEnd"/>
      <w:r>
        <w:rPr>
          <w:b/>
          <w:sz w:val="24"/>
        </w:rPr>
        <w:t>12.10 T1, T3)</w:t>
      </w:r>
      <w:r>
        <w:rPr>
          <w:b/>
          <w:sz w:val="24"/>
        </w:rPr>
        <w:br/>
      </w:r>
      <w:r w:rsidRPr="0044655F">
        <w:rPr>
          <w:bCs/>
          <w:sz w:val="24"/>
        </w:rPr>
        <w:t>Using the mole ratios shown by the coefficients in Part 1, convert between substances: if you start with 3.00 mol of CH₄, how many moles of O₂ are needed? How many moles of CO₂ and H₂O are produced?</w:t>
      </w:r>
    </w:p>
    <w:tbl>
      <w:tblPr>
        <w:tblStyle w:val="TableGrid"/>
        <w:tblW w:w="0" w:type="auto"/>
        <w:tblLook w:val="04A0" w:firstRow="1" w:lastRow="0" w:firstColumn="1" w:lastColumn="0" w:noHBand="0" w:noVBand="1"/>
      </w:tblPr>
      <w:tblGrid>
        <w:gridCol w:w="2610"/>
        <w:gridCol w:w="3258"/>
        <w:gridCol w:w="1962"/>
        <w:gridCol w:w="2610"/>
      </w:tblGrid>
      <w:tr w:rsidR="0044655F" w14:paraId="234B13E3" w14:textId="77777777" w:rsidTr="0044655F">
        <w:tc>
          <w:tcPr>
            <w:tcW w:w="2610" w:type="dxa"/>
          </w:tcPr>
          <w:p w14:paraId="069FBA90" w14:textId="77777777" w:rsidR="0044655F" w:rsidRDefault="0044655F" w:rsidP="00E26474">
            <w:r>
              <w:rPr>
                <w:b/>
              </w:rPr>
              <w:t>Starting amount</w:t>
            </w:r>
          </w:p>
        </w:tc>
        <w:tc>
          <w:tcPr>
            <w:tcW w:w="3258" w:type="dxa"/>
          </w:tcPr>
          <w:p w14:paraId="38C4D0A6" w14:textId="77777777" w:rsidR="0044655F" w:rsidRDefault="0044655F" w:rsidP="00E26474">
            <w:r>
              <w:rPr>
                <w:b/>
              </w:rPr>
              <w:t>Mole ratio (from coefficients)</w:t>
            </w:r>
          </w:p>
        </w:tc>
        <w:tc>
          <w:tcPr>
            <w:tcW w:w="1962" w:type="dxa"/>
          </w:tcPr>
          <w:p w14:paraId="71853BD4" w14:textId="77777777" w:rsidR="0044655F" w:rsidRDefault="0044655F" w:rsidP="00E26474">
            <w:r>
              <w:rPr>
                <w:b/>
              </w:rPr>
              <w:t>Target substance</w:t>
            </w:r>
          </w:p>
        </w:tc>
        <w:tc>
          <w:tcPr>
            <w:tcW w:w="2610" w:type="dxa"/>
          </w:tcPr>
          <w:p w14:paraId="1F5537D1" w14:textId="77777777" w:rsidR="0044655F" w:rsidRDefault="0044655F" w:rsidP="00E26474">
            <w:r>
              <w:rPr>
                <w:b/>
              </w:rPr>
              <w:t>Moles of target</w:t>
            </w:r>
          </w:p>
        </w:tc>
      </w:tr>
      <w:tr w:rsidR="0044655F" w14:paraId="12F4EC0A" w14:textId="77777777" w:rsidTr="0044655F">
        <w:tc>
          <w:tcPr>
            <w:tcW w:w="2610" w:type="dxa"/>
          </w:tcPr>
          <w:p w14:paraId="12469F78" w14:textId="77777777" w:rsidR="0044655F" w:rsidRDefault="0044655F" w:rsidP="00E26474">
            <w:r>
              <w:t>3.00 mol CH₄</w:t>
            </w:r>
          </w:p>
        </w:tc>
        <w:tc>
          <w:tcPr>
            <w:tcW w:w="3258" w:type="dxa"/>
          </w:tcPr>
          <w:p w14:paraId="3A607451" w14:textId="77777777" w:rsidR="0044655F" w:rsidRDefault="0044655F" w:rsidP="00E26474">
            <w:r>
              <w:t>CH</w:t>
            </w:r>
            <w:proofErr w:type="gramStart"/>
            <w:r>
              <w:t>₄ :</w:t>
            </w:r>
            <w:proofErr w:type="gramEnd"/>
            <w:r>
              <w:t xml:space="preserve"> O₂ = </w:t>
            </w:r>
            <w:proofErr w:type="gramStart"/>
            <w:r>
              <w:t>1 :</w:t>
            </w:r>
            <w:proofErr w:type="gramEnd"/>
            <w:r>
              <w:t xml:space="preserve"> 2</w:t>
            </w:r>
          </w:p>
        </w:tc>
        <w:tc>
          <w:tcPr>
            <w:tcW w:w="1962" w:type="dxa"/>
          </w:tcPr>
          <w:p w14:paraId="215B2A55" w14:textId="77777777" w:rsidR="0044655F" w:rsidRDefault="0044655F" w:rsidP="00E26474">
            <w:r>
              <w:t>O₂</w:t>
            </w:r>
          </w:p>
        </w:tc>
        <w:tc>
          <w:tcPr>
            <w:tcW w:w="2610" w:type="dxa"/>
          </w:tcPr>
          <w:p w14:paraId="4173CFBA" w14:textId="77777777" w:rsidR="0044655F" w:rsidRDefault="0044655F" w:rsidP="00E26474"/>
        </w:tc>
      </w:tr>
      <w:tr w:rsidR="0044655F" w14:paraId="36169FAE" w14:textId="77777777" w:rsidTr="0044655F">
        <w:tc>
          <w:tcPr>
            <w:tcW w:w="2610" w:type="dxa"/>
          </w:tcPr>
          <w:p w14:paraId="590FEA76" w14:textId="77777777" w:rsidR="0044655F" w:rsidRDefault="0044655F" w:rsidP="00E26474">
            <w:r>
              <w:t>3.00 mol CH₄</w:t>
            </w:r>
          </w:p>
        </w:tc>
        <w:tc>
          <w:tcPr>
            <w:tcW w:w="3258" w:type="dxa"/>
          </w:tcPr>
          <w:p w14:paraId="52A29EDC" w14:textId="77777777" w:rsidR="0044655F" w:rsidRDefault="0044655F" w:rsidP="00E26474">
            <w:r>
              <w:t>CH</w:t>
            </w:r>
            <w:proofErr w:type="gramStart"/>
            <w:r>
              <w:t>₄ :</w:t>
            </w:r>
            <w:proofErr w:type="gramEnd"/>
            <w:r>
              <w:t xml:space="preserve"> CO₂ = </w:t>
            </w:r>
            <w:proofErr w:type="gramStart"/>
            <w:r>
              <w:t>1 :</w:t>
            </w:r>
            <w:proofErr w:type="gramEnd"/>
            <w:r>
              <w:t xml:space="preserve"> 1</w:t>
            </w:r>
          </w:p>
        </w:tc>
        <w:tc>
          <w:tcPr>
            <w:tcW w:w="1962" w:type="dxa"/>
          </w:tcPr>
          <w:p w14:paraId="43B550A3" w14:textId="77777777" w:rsidR="0044655F" w:rsidRDefault="0044655F" w:rsidP="00E26474">
            <w:r>
              <w:t>CO₂</w:t>
            </w:r>
          </w:p>
        </w:tc>
        <w:tc>
          <w:tcPr>
            <w:tcW w:w="2610" w:type="dxa"/>
          </w:tcPr>
          <w:p w14:paraId="1DE35A94" w14:textId="77777777" w:rsidR="0044655F" w:rsidRDefault="0044655F" w:rsidP="00E26474"/>
        </w:tc>
      </w:tr>
      <w:tr w:rsidR="0044655F" w14:paraId="48D72FF2" w14:textId="77777777" w:rsidTr="0044655F">
        <w:tc>
          <w:tcPr>
            <w:tcW w:w="2610" w:type="dxa"/>
          </w:tcPr>
          <w:p w14:paraId="1CF8ADBB" w14:textId="77777777" w:rsidR="0044655F" w:rsidRDefault="0044655F" w:rsidP="00E26474">
            <w:r>
              <w:t>3.00 mol CH₄</w:t>
            </w:r>
          </w:p>
        </w:tc>
        <w:tc>
          <w:tcPr>
            <w:tcW w:w="3258" w:type="dxa"/>
          </w:tcPr>
          <w:p w14:paraId="0B2D9868" w14:textId="77777777" w:rsidR="0044655F" w:rsidRDefault="0044655F" w:rsidP="00E26474">
            <w:r>
              <w:t>CH</w:t>
            </w:r>
            <w:proofErr w:type="gramStart"/>
            <w:r>
              <w:t>₄ :</w:t>
            </w:r>
            <w:proofErr w:type="gramEnd"/>
            <w:r>
              <w:t xml:space="preserve"> H₂O = </w:t>
            </w:r>
            <w:proofErr w:type="gramStart"/>
            <w:r>
              <w:t>1 :</w:t>
            </w:r>
            <w:proofErr w:type="gramEnd"/>
            <w:r>
              <w:t xml:space="preserve"> 2</w:t>
            </w:r>
          </w:p>
        </w:tc>
        <w:tc>
          <w:tcPr>
            <w:tcW w:w="1962" w:type="dxa"/>
          </w:tcPr>
          <w:p w14:paraId="6F3C8D78" w14:textId="77777777" w:rsidR="0044655F" w:rsidRDefault="0044655F" w:rsidP="00E26474">
            <w:r>
              <w:t>H₂O</w:t>
            </w:r>
          </w:p>
        </w:tc>
        <w:tc>
          <w:tcPr>
            <w:tcW w:w="2610" w:type="dxa"/>
          </w:tcPr>
          <w:p w14:paraId="010C1D93" w14:textId="77777777" w:rsidR="0044655F" w:rsidRDefault="0044655F" w:rsidP="00E26474"/>
        </w:tc>
      </w:tr>
    </w:tbl>
    <w:p w14:paraId="7C087E05" w14:textId="77777777" w:rsidR="008C2137" w:rsidRDefault="008C2137"/>
    <w:p w14:paraId="6CD7705D" w14:textId="7CDD2FFC" w:rsidR="008C2137" w:rsidRDefault="0063546E">
      <w:r>
        <w:rPr>
          <w:b/>
          <w:sz w:val="24"/>
        </w:rPr>
        <w:t>Part 3 — Gram-to-</w:t>
      </w:r>
      <w:r w:rsidR="0044655F">
        <w:rPr>
          <w:b/>
          <w:sz w:val="24"/>
        </w:rPr>
        <w:t>Particle</w:t>
      </w:r>
      <w:r>
        <w:rPr>
          <w:b/>
          <w:sz w:val="24"/>
        </w:rPr>
        <w:t xml:space="preserve"> Conversion</w:t>
      </w:r>
      <w:proofErr w:type="gramStart"/>
      <w:r>
        <w:rPr>
          <w:b/>
          <w:sz w:val="24"/>
        </w:rPr>
        <w:t xml:space="preserve">   (</w:t>
      </w:r>
      <w:proofErr w:type="gramEnd"/>
      <w:r>
        <w:rPr>
          <w:b/>
          <w:sz w:val="24"/>
        </w:rPr>
        <w:t>Target SC.</w:t>
      </w:r>
      <w:proofErr w:type="gramStart"/>
      <w:r>
        <w:rPr>
          <w:b/>
          <w:sz w:val="24"/>
        </w:rPr>
        <w:t>912.P.</w:t>
      </w:r>
      <w:proofErr w:type="gramEnd"/>
      <w:r>
        <w:rPr>
          <w:b/>
          <w:sz w:val="24"/>
        </w:rPr>
        <w:t>12.10 T2, T3)</w:t>
      </w:r>
      <w:r>
        <w:rPr>
          <w:b/>
          <w:sz w:val="24"/>
        </w:rPr>
        <w:br/>
      </w:r>
      <w:r w:rsidRPr="0044655F">
        <w:rPr>
          <w:bCs/>
          <w:sz w:val="24"/>
        </w:rPr>
        <w:t xml:space="preserve">Starting with 16.0 g of CH₄ (molar mass 16.04 g/mol), calculate the </w:t>
      </w:r>
      <w:r w:rsidR="0044655F">
        <w:rPr>
          <w:bCs/>
          <w:sz w:val="24"/>
        </w:rPr>
        <w:t>molecules</w:t>
      </w:r>
      <w:r w:rsidRPr="0044655F">
        <w:rPr>
          <w:bCs/>
          <w:sz w:val="24"/>
        </w:rPr>
        <w:t xml:space="preserve"> of </w:t>
      </w:r>
      <w:r w:rsidR="0044655F">
        <w:rPr>
          <w:bCs/>
          <w:sz w:val="24"/>
        </w:rPr>
        <w:t>CH</w:t>
      </w:r>
      <w:r w:rsidR="0044655F" w:rsidRPr="0044655F">
        <w:rPr>
          <w:bCs/>
          <w:sz w:val="24"/>
          <w:vertAlign w:val="subscript"/>
        </w:rPr>
        <w:t>4</w:t>
      </w:r>
      <w:r w:rsidRPr="0044655F">
        <w:rPr>
          <w:bCs/>
          <w:sz w:val="24"/>
        </w:rPr>
        <w:t xml:space="preserve"> </w:t>
      </w:r>
      <w:r w:rsidR="0044655F">
        <w:rPr>
          <w:bCs/>
          <w:sz w:val="24"/>
        </w:rPr>
        <w:t>required for the reaction</w:t>
      </w:r>
      <w:r w:rsidRPr="0044655F">
        <w:rPr>
          <w:bCs/>
          <w:sz w:val="24"/>
        </w:rPr>
        <w:t xml:space="preserve">. Show the full dimensional analysis: grams CH₄ → moles CH₄ → </w:t>
      </w:r>
      <w:r w:rsidR="0044655F" w:rsidRPr="0044655F">
        <w:rPr>
          <w:bCs/>
          <w:sz w:val="24"/>
        </w:rPr>
        <w:t>mole</w:t>
      </w:r>
      <w:r w:rsidR="0044655F">
        <w:rPr>
          <w:bCs/>
          <w:sz w:val="24"/>
        </w:rPr>
        <w:t>cules</w:t>
      </w:r>
      <w:r w:rsidR="0044655F" w:rsidRPr="0044655F">
        <w:rPr>
          <w:bCs/>
          <w:sz w:val="24"/>
        </w:rPr>
        <w:t xml:space="preserve"> CH₄ </w:t>
      </w:r>
    </w:p>
    <w:p w14:paraId="0241AD38" w14:textId="77777777" w:rsidR="008C2137" w:rsidRDefault="0063546E">
      <w:r>
        <w:rPr>
          <w:b/>
          <w:sz w:val="24"/>
        </w:rPr>
        <w:t>Part 4 — Coefficients vs. Subscripts</w:t>
      </w:r>
      <w:proofErr w:type="gramStart"/>
      <w:r>
        <w:rPr>
          <w:b/>
          <w:sz w:val="24"/>
        </w:rPr>
        <w:t xml:space="preserve">   (</w:t>
      </w:r>
      <w:proofErr w:type="gramEnd"/>
      <w:r>
        <w:rPr>
          <w:b/>
          <w:sz w:val="24"/>
        </w:rPr>
        <w:t>Target SC.</w:t>
      </w:r>
      <w:proofErr w:type="gramStart"/>
      <w:r>
        <w:rPr>
          <w:b/>
          <w:sz w:val="24"/>
        </w:rPr>
        <w:t>912.P.</w:t>
      </w:r>
      <w:proofErr w:type="gramEnd"/>
      <w:r>
        <w:rPr>
          <w:b/>
          <w:sz w:val="24"/>
        </w:rPr>
        <w:t>12.11 T1)</w:t>
      </w:r>
      <w:r>
        <w:rPr>
          <w:b/>
          <w:sz w:val="24"/>
        </w:rPr>
        <w:br/>
      </w:r>
      <w:r w:rsidRPr="0044655F">
        <w:rPr>
          <w:bCs/>
          <w:sz w:val="24"/>
        </w:rPr>
        <w:t>Explain why the coefficient 2 in 2O₂ means two molecules at the particle scale and two moles at the mole scale. Then explain why changing a subscript (for example, H₂O to H₂O₂) creates a completely different substance.</w:t>
      </w:r>
    </w:p>
    <w:p w14:paraId="67A0A470" w14:textId="77777777" w:rsidR="008C2137" w:rsidRDefault="0063546E">
      <w:r>
        <w:rPr>
          <w:b/>
          <w:sz w:val="24"/>
        </w:rPr>
        <w:t>Part 5 — CER: Stoichiometry in Action</w:t>
      </w:r>
      <w:proofErr w:type="gramStart"/>
      <w:r>
        <w:rPr>
          <w:b/>
          <w:sz w:val="24"/>
        </w:rPr>
        <w:t xml:space="preserve">   (</w:t>
      </w:r>
      <w:proofErr w:type="gramEnd"/>
      <w:r>
        <w:rPr>
          <w:b/>
          <w:sz w:val="24"/>
        </w:rPr>
        <w:t>All targets)</w:t>
      </w:r>
      <w:r>
        <w:rPr>
          <w:b/>
          <w:sz w:val="24"/>
        </w:rPr>
        <w:br/>
      </w:r>
      <w:r w:rsidRPr="0044655F">
        <w:rPr>
          <w:bCs/>
          <w:sz w:val="24"/>
        </w:rPr>
        <w:t>Write a CER explaining how a balanced equation lets you predict exactly how much product a reaction will produce. Use the data from Parts 2–3 as evidence.</w:t>
      </w:r>
    </w:p>
    <w:p w14:paraId="02C373EF" w14:textId="77777777" w:rsidR="008C2137" w:rsidRDefault="008C2137"/>
    <w:sectPr w:rsidR="008C2137" w:rsidSect="0044655F">
      <w:pgSz w:w="12240" w:h="15840"/>
      <w:pgMar w:top="900" w:right="900" w:bottom="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78875855">
    <w:abstractNumId w:val="8"/>
  </w:num>
  <w:num w:numId="2" w16cid:durableId="1890149007">
    <w:abstractNumId w:val="6"/>
  </w:num>
  <w:num w:numId="3" w16cid:durableId="1791122755">
    <w:abstractNumId w:val="5"/>
  </w:num>
  <w:num w:numId="4" w16cid:durableId="1490363608">
    <w:abstractNumId w:val="4"/>
  </w:num>
  <w:num w:numId="5" w16cid:durableId="4211532">
    <w:abstractNumId w:val="7"/>
  </w:num>
  <w:num w:numId="6" w16cid:durableId="1209299634">
    <w:abstractNumId w:val="3"/>
  </w:num>
  <w:num w:numId="7" w16cid:durableId="874929001">
    <w:abstractNumId w:val="2"/>
  </w:num>
  <w:num w:numId="8" w16cid:durableId="1034308570">
    <w:abstractNumId w:val="1"/>
  </w:num>
  <w:num w:numId="9" w16cid:durableId="373778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720"/>
    <w:rsid w:val="0006063C"/>
    <w:rsid w:val="0015074B"/>
    <w:rsid w:val="0029639D"/>
    <w:rsid w:val="00326F90"/>
    <w:rsid w:val="0044655F"/>
    <w:rsid w:val="0063546E"/>
    <w:rsid w:val="00865865"/>
    <w:rsid w:val="008C2137"/>
    <w:rsid w:val="00A539B4"/>
    <w:rsid w:val="00AA1D8D"/>
    <w:rsid w:val="00B47730"/>
    <w:rsid w:val="00BF785A"/>
    <w:rsid w:val="00CA2096"/>
    <w:rsid w:val="00CB0664"/>
    <w:rsid w:val="00FB0ED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1A9F33"/>
  <w14:defaultImageDpi w14:val="300"/>
  <w15:docId w15:val="{2760554D-0B95-4BF8-9C16-09F8FCBA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4</cp:revision>
  <dcterms:created xsi:type="dcterms:W3CDTF">2013-12-23T23:15:00Z</dcterms:created>
  <dcterms:modified xsi:type="dcterms:W3CDTF">2026-09-16T13:21:00Z</dcterms:modified>
  <cp:category/>
</cp:coreProperties>
</file>